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712DC" w14:textId="77777777" w:rsidR="002A3CE4" w:rsidRDefault="002A3CE4">
      <w:pPr>
        <w:jc w:val="center"/>
      </w:pPr>
    </w:p>
    <w:p w14:paraId="218EE911" w14:textId="77777777" w:rsidR="002A3CE4" w:rsidRDefault="002A3CE4">
      <w:pPr>
        <w:jc w:val="center"/>
      </w:pPr>
    </w:p>
    <w:p w14:paraId="320995FC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bookmarkStart w:id="0" w:name="_Hlk207118342"/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RETI PER IL RAFFORZAMENTO COMPETITIVO DELLE FILIERE</w:t>
      </w:r>
    </w:p>
    <w:p w14:paraId="34CBB698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PR MARCHE FESR 2021/2027 – ASSE 1 – OS 1.1 – AZIONE 1.3.1 – Intervento 1.3.1.1</w:t>
      </w:r>
    </w:p>
    <w:bookmarkEnd w:id="0"/>
    <w:p w14:paraId="0628BB17" w14:textId="77777777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</w:p>
    <w:p w14:paraId="639E1AF9" w14:textId="207B9869" w:rsidR="002A3CE4" w:rsidRPr="002A3CE4" w:rsidRDefault="002A3CE4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ALLEGATO R.</w:t>
      </w:r>
      <w:r w:rsidR="00076BF0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4</w:t>
      </w:r>
    </w:p>
    <w:p w14:paraId="692FB42A" w14:textId="77777777" w:rsidR="002A3CE4" w:rsidRPr="002A3CE4" w:rsidRDefault="0028279A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DICHIARAZIONE SOSTITUTIVA DI ATTO DI NOTORIETÀ</w:t>
      </w:r>
    </w:p>
    <w:p w14:paraId="3DA4BF14" w14:textId="34ACDAE9" w:rsidR="002A3CE4" w:rsidRPr="002A3CE4" w:rsidRDefault="0028279A" w:rsidP="0028279A">
      <w:pPr>
        <w:tabs>
          <w:tab w:val="left" w:pos="142"/>
        </w:tabs>
        <w:spacing w:after="0" w:line="360" w:lineRule="auto"/>
        <w:ind w:left="-284" w:right="-432"/>
        <w:jc w:val="center"/>
        <w:rPr>
          <w:rFonts w:ascii="Arial" w:eastAsia="Calibri" w:hAnsi="Arial" w:cs="Arial"/>
          <w:b/>
          <w:color w:val="000000"/>
          <w:sz w:val="24"/>
          <w:szCs w:val="24"/>
          <w:lang w:val="it-IT"/>
        </w:rPr>
      </w:pPr>
      <w:r w:rsidRPr="002A3CE4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 xml:space="preserve">INERENTE </w:t>
      </w:r>
      <w:r w:rsidR="001E5716" w:rsidRPr="001E5716">
        <w:rPr>
          <w:rFonts w:ascii="Arial" w:eastAsia="Calibri" w:hAnsi="Arial" w:cs="Arial"/>
          <w:b/>
          <w:color w:val="000000"/>
          <w:sz w:val="24"/>
          <w:szCs w:val="24"/>
          <w:lang w:val="it-IT"/>
        </w:rPr>
        <w:t>L’ASSENZA DI AIUTI INCOMPATIBILI</w:t>
      </w:r>
    </w:p>
    <w:p w14:paraId="2441619C" w14:textId="77777777" w:rsidR="00DE6842" w:rsidRPr="002A3CE4" w:rsidRDefault="0028279A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</w:rPr>
      </w:pPr>
      <w:r w:rsidRPr="002A3CE4">
        <w:rPr>
          <w:rFonts w:ascii="Arial" w:hAnsi="Arial" w:cs="Arial"/>
        </w:rPr>
        <w:t>(Art. 47 del D.P.R. 28 dicembre 2000, n. 445)</w:t>
      </w:r>
    </w:p>
    <w:p w14:paraId="7B4A60E1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6F739551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Il/La sottoscritto/a</w:t>
      </w:r>
    </w:p>
    <w:p w14:paraId="40342EC0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Cognome: _______________________________</w:t>
      </w:r>
    </w:p>
    <w:p w14:paraId="2CF24C00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Nome: _________________________________</w:t>
      </w:r>
    </w:p>
    <w:p w14:paraId="34BE496E" w14:textId="12AC82C5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Codice Fiscale: _________________________</w:t>
      </w:r>
    </w:p>
    <w:p w14:paraId="0313C599" w14:textId="2CC5B48A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Nato/a</w:t>
      </w:r>
      <w:r>
        <w:rPr>
          <w:rFonts w:ascii="Arial" w:hAnsi="Arial" w:cs="Arial"/>
          <w:b/>
          <w:bCs/>
        </w:rPr>
        <w:t xml:space="preserve"> in</w:t>
      </w:r>
      <w:r w:rsidRPr="002A3CE4">
        <w:rPr>
          <w:rFonts w:ascii="Arial" w:hAnsi="Arial" w:cs="Arial"/>
          <w:b/>
          <w:bCs/>
        </w:rPr>
        <w:t>:</w:t>
      </w:r>
    </w:p>
    <w:p w14:paraId="289040BF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Stato: _________________________________</w:t>
      </w:r>
    </w:p>
    <w:p w14:paraId="4110A1C7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Comune: _______________________________  Prov. (____)</w:t>
      </w:r>
    </w:p>
    <w:p w14:paraId="4856CDEF" w14:textId="7F218000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Data di nascita: ________________________</w:t>
      </w:r>
    </w:p>
    <w:p w14:paraId="452716B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Residente in:</w:t>
      </w:r>
    </w:p>
    <w:p w14:paraId="079EB8CF" w14:textId="1E2C94D6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Comune: _______________________________  Prov. (____)</w:t>
      </w:r>
    </w:p>
    <w:p w14:paraId="6F24804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CAP: ____________</w:t>
      </w:r>
    </w:p>
    <w:p w14:paraId="66598AD7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Indirizzo: ______________________________</w:t>
      </w:r>
    </w:p>
    <w:p w14:paraId="143047BB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1B3C7A72" w14:textId="3DF7AD28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 xml:space="preserve">In qualità di legale rappresentante dell’impresa </w:t>
      </w:r>
      <w:r w:rsidR="001E5716">
        <w:rPr>
          <w:rFonts w:ascii="Arial" w:hAnsi="Arial" w:cs="Arial"/>
          <w:b/>
          <w:bCs/>
        </w:rPr>
        <w:t xml:space="preserve">capofila/ aggregata </w:t>
      </w:r>
      <w:r w:rsidRPr="002A3CE4">
        <w:rPr>
          <w:rFonts w:ascii="Arial" w:hAnsi="Arial" w:cs="Arial"/>
          <w:b/>
          <w:bCs/>
        </w:rPr>
        <w:t xml:space="preserve">/ </w:t>
      </w:r>
      <w:r w:rsidR="002A3CE4">
        <w:rPr>
          <w:rFonts w:ascii="Arial" w:hAnsi="Arial" w:cs="Arial"/>
          <w:b/>
          <w:bCs/>
        </w:rPr>
        <w:t>proponente:</w:t>
      </w:r>
    </w:p>
    <w:p w14:paraId="7A323303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Ragione sociale: _________________________</w:t>
      </w:r>
    </w:p>
    <w:p w14:paraId="72DC04DB" w14:textId="77777777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Sede legale in: Comune __________________ Prov. (____)  CAP ______</w:t>
      </w:r>
    </w:p>
    <w:p w14:paraId="25737FAC" w14:textId="77777777" w:rsidR="002A3CE4" w:rsidRDefault="002A3CE4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5E12C36B" w14:textId="1AB302AA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Codice Fiscale: _______________________</w:t>
      </w:r>
      <w:r>
        <w:rPr>
          <w:rFonts w:ascii="Arial" w:hAnsi="Arial" w:cs="Arial"/>
        </w:rPr>
        <w:t xml:space="preserve"> , </w:t>
      </w:r>
      <w:r w:rsidRPr="002A3CE4">
        <w:rPr>
          <w:rFonts w:ascii="Arial" w:hAnsi="Arial" w:cs="Arial"/>
        </w:rPr>
        <w:t>Partita IVA: ____________________________</w:t>
      </w:r>
      <w:r>
        <w:rPr>
          <w:rFonts w:ascii="Arial" w:hAnsi="Arial" w:cs="Arial"/>
        </w:rPr>
        <w:t>,</w:t>
      </w:r>
    </w:p>
    <w:p w14:paraId="10DFC39B" w14:textId="35F0E928" w:rsidR="00DE6842" w:rsidRPr="002A3CE4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Tel.: _________________   E-mail: _________________   PEC: __________________</w:t>
      </w:r>
    </w:p>
    <w:p w14:paraId="735FBBB7" w14:textId="77777777" w:rsidR="00DE6842" w:rsidRPr="002A3CE4" w:rsidRDefault="00DE6842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3AB15457" w14:textId="77777777" w:rsidR="00DE6842" w:rsidRDefault="0028279A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  <w:b/>
          <w:bCs/>
        </w:rPr>
      </w:pPr>
      <w:r w:rsidRPr="002A3CE4">
        <w:rPr>
          <w:rFonts w:ascii="Arial" w:hAnsi="Arial" w:cs="Arial"/>
          <w:b/>
          <w:bCs/>
        </w:rPr>
        <w:t>DICHIARA</w:t>
      </w:r>
    </w:p>
    <w:p w14:paraId="36FA8060" w14:textId="77777777" w:rsidR="001E5716" w:rsidRDefault="001E5716" w:rsidP="0028279A">
      <w:pPr>
        <w:tabs>
          <w:tab w:val="left" w:pos="142"/>
        </w:tabs>
        <w:ind w:left="-284" w:right="-432"/>
        <w:jc w:val="center"/>
        <w:rPr>
          <w:rFonts w:ascii="Arial" w:hAnsi="Arial" w:cs="Arial"/>
          <w:b/>
          <w:bCs/>
        </w:rPr>
      </w:pPr>
    </w:p>
    <w:p w14:paraId="74EEFB8B" w14:textId="3EE50F7A" w:rsidR="00DE6842" w:rsidRPr="002A3CE4" w:rsidRDefault="001E5716" w:rsidP="001E0295">
      <w:pPr>
        <w:tabs>
          <w:tab w:val="left" w:pos="142"/>
        </w:tabs>
        <w:ind w:left="-284" w:right="-432"/>
        <w:jc w:val="both"/>
        <w:rPr>
          <w:rFonts w:ascii="Arial" w:hAnsi="Arial" w:cs="Arial"/>
        </w:rPr>
      </w:pPr>
      <w:r w:rsidRPr="001E5716">
        <w:rPr>
          <w:rFonts w:ascii="Arial" w:hAnsi="Arial" w:cs="Arial"/>
        </w:rPr>
        <w:t>in relazione alle medesime spese agevolate a valere sul bando RETI PER IL</w:t>
      </w:r>
      <w:r>
        <w:rPr>
          <w:rFonts w:ascii="Arial" w:hAnsi="Arial" w:cs="Arial"/>
        </w:rPr>
        <w:t xml:space="preserve"> </w:t>
      </w:r>
      <w:r w:rsidRPr="001E5716">
        <w:rPr>
          <w:rFonts w:ascii="Arial" w:hAnsi="Arial" w:cs="Arial"/>
        </w:rPr>
        <w:t xml:space="preserve">RAFFORZAMENTO COMPETITIVO DELLE FILIERE - PR MARCHE FESR 2021/2027 – ASSE 1 – OS 1.1 – AZIONE 1.3.1 – Intervento 1.3.1.1 – ID SIGEF: __________   CUP: __________, </w:t>
      </w:r>
      <w:r>
        <w:rPr>
          <w:rFonts w:ascii="Arial" w:hAnsi="Arial" w:cs="Arial"/>
        </w:rPr>
        <w:t>d</w:t>
      </w:r>
      <w:r w:rsidRPr="001E5716">
        <w:rPr>
          <w:rFonts w:ascii="Arial" w:hAnsi="Arial" w:cs="Arial"/>
        </w:rPr>
        <w:t>i non aver ricevuto aiuti incompatibili oppure</w:t>
      </w:r>
      <w:r>
        <w:rPr>
          <w:rFonts w:ascii="Arial" w:hAnsi="Arial" w:cs="Arial"/>
        </w:rPr>
        <w:t>, in caso di ricezione degli stessi, di aver provveduto al</w:t>
      </w:r>
      <w:r w:rsidRPr="001E5716">
        <w:rPr>
          <w:rFonts w:ascii="Arial" w:hAnsi="Arial" w:cs="Arial"/>
        </w:rPr>
        <w:t xml:space="preserve"> rimborso </w:t>
      </w:r>
      <w:r w:rsidR="001E0295" w:rsidRPr="001E0295">
        <w:rPr>
          <w:rFonts w:ascii="Arial" w:hAnsi="Arial" w:cs="Arial"/>
        </w:rPr>
        <w:t>secondo le normative nazionali e comunitarie vigenti</w:t>
      </w:r>
      <w:r w:rsidR="00B00C2C">
        <w:rPr>
          <w:rFonts w:ascii="Arial" w:hAnsi="Arial" w:cs="Arial"/>
        </w:rPr>
        <w:t>.</w:t>
      </w:r>
    </w:p>
    <w:p w14:paraId="009F32FC" w14:textId="0F9BAB6F" w:rsidR="00DE6842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  <w:r w:rsidRPr="002A3CE4">
        <w:rPr>
          <w:rFonts w:ascii="Arial" w:hAnsi="Arial" w:cs="Arial"/>
        </w:rPr>
        <w:t>Luogo e data: ___________________________</w:t>
      </w:r>
    </w:p>
    <w:p w14:paraId="1650A6F6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43F5990B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6A09D370" w14:textId="77777777" w:rsidR="0028279A" w:rsidRDefault="0028279A" w:rsidP="0028279A">
      <w:pPr>
        <w:tabs>
          <w:tab w:val="left" w:pos="142"/>
        </w:tabs>
        <w:ind w:left="-284" w:right="-432"/>
        <w:rPr>
          <w:rFonts w:ascii="Arial" w:hAnsi="Arial" w:cs="Arial"/>
        </w:rPr>
      </w:pPr>
    </w:p>
    <w:p w14:paraId="500EB0EC" w14:textId="66DEEBA0" w:rsidR="0028279A" w:rsidRDefault="0028279A" w:rsidP="0028279A">
      <w:pPr>
        <w:tabs>
          <w:tab w:val="left" w:pos="142"/>
        </w:tabs>
        <w:ind w:left="-284" w:right="-432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Firmato digitalmente</w:t>
      </w:r>
    </w:p>
    <w:p w14:paraId="1D97D1D3" w14:textId="36E9435C" w:rsidR="001E5716" w:rsidRPr="002A3CE4" w:rsidRDefault="001E5716" w:rsidP="0028279A">
      <w:pPr>
        <w:tabs>
          <w:tab w:val="left" w:pos="142"/>
        </w:tabs>
        <w:ind w:left="-284" w:right="-432"/>
        <w:jc w:val="right"/>
        <w:rPr>
          <w:rFonts w:ascii="Arial" w:hAnsi="Arial" w:cs="Arial"/>
        </w:rPr>
      </w:pPr>
      <w:r>
        <w:rPr>
          <w:rFonts w:ascii="Arial" w:hAnsi="Arial" w:cs="Arial"/>
        </w:rPr>
        <w:t>Il Legale Rappresentante</w:t>
      </w:r>
    </w:p>
    <w:sectPr w:rsidR="001E5716" w:rsidRPr="002A3CE4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781D8" w14:textId="77777777" w:rsidR="002A3CE4" w:rsidRDefault="002A3CE4" w:rsidP="002A3CE4">
      <w:pPr>
        <w:spacing w:after="0" w:line="240" w:lineRule="auto"/>
      </w:pPr>
      <w:r>
        <w:separator/>
      </w:r>
    </w:p>
  </w:endnote>
  <w:endnote w:type="continuationSeparator" w:id="0">
    <w:p w14:paraId="6B60469A" w14:textId="77777777" w:rsidR="002A3CE4" w:rsidRDefault="002A3CE4" w:rsidP="002A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E23B4" w14:textId="77777777" w:rsidR="002A3CE4" w:rsidRDefault="002A3CE4" w:rsidP="002A3CE4">
      <w:pPr>
        <w:spacing w:after="0" w:line="240" w:lineRule="auto"/>
      </w:pPr>
      <w:r>
        <w:separator/>
      </w:r>
    </w:p>
  </w:footnote>
  <w:footnote w:type="continuationSeparator" w:id="0">
    <w:p w14:paraId="08356E80" w14:textId="77777777" w:rsidR="002A3CE4" w:rsidRDefault="002A3CE4" w:rsidP="002A3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59609" w14:textId="77655897" w:rsidR="002A3CE4" w:rsidRDefault="002A3CE4">
    <w:pPr>
      <w:pStyle w:val="Intestazione"/>
    </w:pPr>
    <w:r>
      <w:rPr>
        <w:noProof/>
      </w:rPr>
      <w:drawing>
        <wp:inline distT="0" distB="0" distL="0" distR="0" wp14:anchorId="06048581" wp14:editId="4EA7D151">
          <wp:extent cx="5486400" cy="631295"/>
          <wp:effectExtent l="0" t="0" r="0" b="5080"/>
          <wp:docPr id="7" name="Immagin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5486400" cy="6312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82169085">
    <w:abstractNumId w:val="8"/>
  </w:num>
  <w:num w:numId="2" w16cid:durableId="700086148">
    <w:abstractNumId w:val="6"/>
  </w:num>
  <w:num w:numId="3" w16cid:durableId="715469290">
    <w:abstractNumId w:val="5"/>
  </w:num>
  <w:num w:numId="4" w16cid:durableId="749542534">
    <w:abstractNumId w:val="4"/>
  </w:num>
  <w:num w:numId="5" w16cid:durableId="340931865">
    <w:abstractNumId w:val="7"/>
  </w:num>
  <w:num w:numId="6" w16cid:durableId="1507789020">
    <w:abstractNumId w:val="3"/>
  </w:num>
  <w:num w:numId="7" w16cid:durableId="149368653">
    <w:abstractNumId w:val="2"/>
  </w:num>
  <w:num w:numId="8" w16cid:durableId="1155950218">
    <w:abstractNumId w:val="1"/>
  </w:num>
  <w:num w:numId="9" w16cid:durableId="1225215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6BF0"/>
    <w:rsid w:val="000F6C68"/>
    <w:rsid w:val="0015074B"/>
    <w:rsid w:val="001E0295"/>
    <w:rsid w:val="001E5716"/>
    <w:rsid w:val="0028279A"/>
    <w:rsid w:val="0029639D"/>
    <w:rsid w:val="002A3CE4"/>
    <w:rsid w:val="00326F90"/>
    <w:rsid w:val="00856E4F"/>
    <w:rsid w:val="008F44DF"/>
    <w:rsid w:val="00AA1D8D"/>
    <w:rsid w:val="00B00C2C"/>
    <w:rsid w:val="00B47730"/>
    <w:rsid w:val="00CB0664"/>
    <w:rsid w:val="00DE68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FEE9BE"/>
  <w14:defaultImageDpi w14:val="300"/>
  <w15:docId w15:val="{F5F2DC22-ABCA-4F1C-B7C7-B2C93836E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279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279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27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Angela Cecconi</cp:lastModifiedBy>
  <cp:revision>6</cp:revision>
  <dcterms:created xsi:type="dcterms:W3CDTF">2025-08-26T14:20:00Z</dcterms:created>
  <dcterms:modified xsi:type="dcterms:W3CDTF">2026-03-02T09:26:00Z</dcterms:modified>
  <cp:category/>
</cp:coreProperties>
</file>